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חידון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🏆 חידון (ע״ו/י).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ט־י/ו־ס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צירה (הֵ)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 באות הראשונה ← נ׳ חסרה (נ־פ־ל); בלי דגש ← י/ו באמצע (ק־י/ו־ם).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ע״ו/י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חידון.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„קָם”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ק־ם־י/ה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י/ו־ק־ם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ק־י/ו־ם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„רָץ”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ר־י/ו־ץ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נ־ר־ץ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י/ו־ר־ץ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„טָסָה”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נ־ט־ס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ט־ס־י/ה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ט־י/ו־ס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לאיזו גזרה שייך „יָקוּם”?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לאיזו גזרה שייך „הֵזִיזוּ”?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פ״י/ו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לאיזו גזרה שייך „שַׂמְתִּי”?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ע״ו/י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פועל בעבר בן 2 אותיות שייך לבניין…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נפעל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9. איך מנוקדת הה׳ בהפעיל של ע״ו/י?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צירה (הֵ)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חיריק (הִ)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קמץ (הָ)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ע״ו/י האות האמצעית בשורש היא ו׳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בעבר עם 2 אותיות בלבד שייך לבניין קל.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של רָץ הוא ר־י/ו־ץ.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הסבירו מה ההבדל בין הִפִּיל להֵקִים בדרך למציאת השורש.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„קָם”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חידון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