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חידון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לבדוק הבנה: שורשים, גזרות, בניינים וכללים.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🏆 חידון (ע״ו/י).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מבחן הפעיל: מעבירים להפעיל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צירה (הֵ)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בצירה: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דגש באות הראשונה ← נ׳ חסרה (נ־פ־ל); בלי דגש ← י/ו באמצע (ק־י/ו־ם).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ע״ו/י · חידון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חידון.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ב־י/ו־ן  |  ז־י/ו־ז  |  ט־י/ו־ס  |  כ־י/ו־ן  |  ע־י/ו־ר  |  ק־י/ו־ם  |  ר־י/ו־ם  |  ר־י/ו־ץ  |  ש־י/ו־ם  |  ש־י/ו־ר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אמריקאיות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השורש של „קָם”?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ק־י/ו־ם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ק־ם־י/ה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נ־ק־ם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השורש של „יָקוּם”?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י/ו־ק־ם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ק־י/ו־ם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נ־ק־ם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לאיזו גזרה שייך „הֵזִיזוּ”?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לאיזו גזרה שייך „זָז”?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פ״י/ו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קיבלתם תבנית הוּ_ַ_ ולא בטוחים בגזרה. מה עושים?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מבחן הפעיל: מעבירים להפעיל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מוסיפים נ׳ בהתחלה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סופרים את הניקוד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פועל בעבר בן 2 אותיות שייך לבניין…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קל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הפעיל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נפעל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7. איך מנוקדת הה׳ בהפעיל של ע״ו/י?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צירה (הֵ)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חיריק (הִ)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קמץ (הָ)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בגזרת ע״ו/י האות האמצעית בשורש היא ו׳ או י׳.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פועל בעבר עם 2 אותיות בלבד שייך לבניין קל.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בהפעיל של ע״ו/י הה׳ מנוקדת בחיריק: „הִקִים”.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השורש של רָץ הוא ר־י/ו־ץ.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פתוחות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הסבירו מה ההבדל בין הִפִּיל להֵקִים בדרך למציאת השורש.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השאלה הכי קשה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איזו שאלה בחידון הייתה הכי קשה? הסבירו מה הטעה ואיך תזהו בפעם הבאה.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כתבו את הכלל במילים שלכם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„רָץ”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חידון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