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האות החסרה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🔍 האות החסרה (ע״ו/י).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מ־י/ו־ט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ז־י/ו־ז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ע־י/ו־ר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ש־י/ו־ם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ר־י/ו־ם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ק־י/ו־ם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ט־י/ו־ס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ע״ו/י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האות החסרה – גזרת ע״ו/י – האות האמצעית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מוֹטַט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מ־___־ט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הוּזְזוּ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ז־___־ז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ע־___־ר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שַׂמְתִּי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ש־___־ם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ר־___־ם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הֵקִימוּ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ק־___־ם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„לָשִׁיר” – השורש ש־___־ר.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„שָׁרָה” – השורש ש־___־ר.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„הוּקַם” – השורש ק־___־ם.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„קוֹמֵם” – השורש ק־___־ם.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כל בוקר היא מְעִירָה את אחיה הקטן.  ←  הפועל: מְעִירָה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הוא הִתְעוֹרֵר לפני הצלצול.  ←  הפועל: הִתְעוֹרֵר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הרעש הבלתי פוסק קוֹמֵם את השכנים.  ←  הפועל: קוֹמֵם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המשפחה טָסָה לחופשה בצפון אירופה.  ←  הפועל: טָסָה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משלכם עם פעלים שחסרה בהם אות שורש. סמנו את הפועל וכתבו 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„הוּקַם”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האות החסרה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