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ר־י/ו־ם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ז־י/ו־ז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ש־י/ו־ר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ז־י/ו־ז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ש־י/ו־ר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ע״ו/י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ז־___־ז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ש־___־ר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ז־___־ז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לָשִׁיר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ש־___־ר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„שַׂמְתִּי” – השורש ש־___־ם.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„מְעִירָה” – השורש ע־___־ר.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„רָץ” – השורש ר־___־ץ.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„הֵבַנְתִּי” – השורש ב־___־ן.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שַׂמְתִּי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לָשִׁיר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זָז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„הֵזִיזוּ”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