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האות החסרה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🔍 האות החסרה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באמצע · ז־י/ו־ז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באמצע · ב־י/ו־ן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באמצע · ר־י/ו־ם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באמצע · כ־י/ו־ן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ע״ו/י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האות החסרה.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ז־י/ו־ז  |  ט־י/ו־ס  |  כ־י/ו־ן  |  ע־י/ו־ר  |  ק־י/ו־ם  |  ר־י/ו־ם  |  ר־י/ו־ץ  |  ש־י/ו־ם  |  ש־י/ו־ר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ז־___־ז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הֵבַנְתִּי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ב־___־ן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הֵרִים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הֵכִין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כ־___־ן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„הֵעִיר” – השורש ע־___־ר.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„שָׁרָה” – השורש ש־___־ר.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„רָץ” – השורש ר־___־ץ.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המקהלה שָׁרָה שיר חדש בטקס.  ←  הפועל: שָׁרָה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מחר הוא יָקוּם בשש בבוקר.  ←  הפועל: יָקוּם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„לָשִׁיר”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האות החסרה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