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ע״ו/י · התאמה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מטרה: להתאים פעלים לשורשים ולבניינים.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⏱️ זמן מומלץ: 25 דקות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👥 מסלול: רגיל · חט״ב–תיכון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המוסכמה בערכה: אות נחה או חסרה נרשמת כ־י/ו (פ״י/ו, ע״ו/י) או י/ה (ל״ה/י); בתשובות התלמידים יש לקבל גם ו׳ או י׳ לבד (למשל ק־ו־ם, ש־י־ר, ב־נ־ה), וגם נ־ג־ש / נ־פ־ל בפ״נ.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רצוי להפעיל את הדף אחרי הפעילות המקבילה באתר: 🔗 התאמה (ע״ו/י).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 – ק־י/ו־ם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ש־י/ו־ם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ז־י/ו־ן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ר־י/ו־ם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 – ב־י/ו־ן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ז־י/ו־ז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 – פועל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 – הפעיל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 – קל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 – פיעל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 – נפעל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כ־י/ו־ן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ע־י/ו־ד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צעדים בסדר נכון, שורש נכון, נימוק לפי סימן (דגש / אות נחה / „הוא אתמול”).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🔗 ע״ו/י · התאמה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בדף זה תתרגלו התאמה – גזרת ע״ו/י – האות האמצעית נחה. עבדו לפי חמשת צעדי הבלש: „הוא אתמול”, בניין, השמטת מוספיות, ספירה, החלטה.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התאמה: פועל ← שורש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השורש שלו: כתבו את האות של התשובה.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קָם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ר־י/ו־ם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שַׂמְתִּי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ז־י/ו־ן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נִזּוֹן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ז־י/ו־ז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הוּרַם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ש־י/ו־ם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הֵבַנְתִּי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כ־י/ו־ן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הוּזְזוּ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ו. ק־י/ו־ם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7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הֵכִין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ז. ב־י/ו־ן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התאמה: פועל ← בניין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התאימו לכל פועל את הבניין שלו.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מוֹטַט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א. הפעיל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הֵזִיזוּ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ב. פיעל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רָץ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ג. פועל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עוֹרֵר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ד. קל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נִדּוֹן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ה. נפעל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השלימו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1. הִתְכּוֹנַנּוּ למבחן יחד בספרייה.  ←  הפועל: הִתְכּוֹנַנּוּ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2. הוא הִתְעוֹרֵר לפני הצלצול.  ←  הפועל: הִתְעוֹרֵר  ←  השורש: 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3. הקבוצה עוֹדְדָה על ידי הקהל לאורך כל המשחק.  ←  הפועל: עוֹדְדָה  ←  השורש: 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משפחת מילים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בחרו שורש אחד מהדף וכתבו 4 מילים מאותה משפחה (פעלים או שמות). איך האות הנחה מתנהגת בכל מילה?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למשל: ק־י/ו־ם ← קָם, הֵקִים, מָקוֹם, תְּקוּמָה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השורש של „מוֹטַט” הוא: 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הסימן שהכי עוזר לי לזהות את הגזרה: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דבר אחד שעדיין מבלבל אותי: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ע״ו/י · התאמה – דף תרגול (רגיל)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