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ע״ו/י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ז־י/ו־ז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ט־י/ו־ס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כ־י/ו־ן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קָם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זָז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שָׁרָה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